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2A666" w14:textId="77777777" w:rsidR="00C35CAE" w:rsidRDefault="00C35CAE" w:rsidP="00B3558A">
      <w:pPr>
        <w:jc w:val="center"/>
        <w:rPr>
          <w:b/>
          <w:bCs/>
        </w:rPr>
      </w:pPr>
    </w:p>
    <w:p w14:paraId="3CD11B1F" w14:textId="42A680EE" w:rsidR="006678CE" w:rsidRPr="00B3558A" w:rsidRDefault="006678CE" w:rsidP="00B3558A">
      <w:pPr>
        <w:jc w:val="center"/>
        <w:rPr>
          <w:b/>
          <w:bCs/>
        </w:rPr>
      </w:pPr>
      <w:r w:rsidRPr="00B3558A">
        <w:rPr>
          <w:b/>
          <w:bCs/>
        </w:rPr>
        <w:t>APPLICATION FORM – DOCTORAL CANDIDATE POSITION</w:t>
      </w:r>
    </w:p>
    <w:p w14:paraId="465CA944" w14:textId="77777777" w:rsidR="006678CE" w:rsidRDefault="006678CE" w:rsidP="00B3558A"/>
    <w:p w14:paraId="3D0A4363" w14:textId="62DCA96D" w:rsidR="006678CE" w:rsidRPr="00AF5323" w:rsidRDefault="006678CE" w:rsidP="00B3558A">
      <w:pPr>
        <w:jc w:val="both"/>
        <w:rPr>
          <w:color w:val="156082"/>
        </w:rPr>
      </w:pPr>
      <w:r w:rsidRPr="00AF5323">
        <w:rPr>
          <w:color w:val="156082"/>
        </w:rPr>
        <w:t>1. Personal Information</w:t>
      </w:r>
    </w:p>
    <w:p w14:paraId="4DC7FF9C" w14:textId="77777777" w:rsidR="006678CE" w:rsidRDefault="006678CE" w:rsidP="00B3558A">
      <w:pPr>
        <w:jc w:val="both"/>
      </w:pPr>
      <w:r>
        <w:t>First Name: ___________________________________________</w:t>
      </w:r>
    </w:p>
    <w:p w14:paraId="0CA5EAED" w14:textId="77777777" w:rsidR="006678CE" w:rsidRDefault="006678CE" w:rsidP="00B3558A">
      <w:pPr>
        <w:jc w:val="both"/>
      </w:pPr>
      <w:r>
        <w:t>Last Name: ___________________________________________</w:t>
      </w:r>
    </w:p>
    <w:p w14:paraId="5432451D" w14:textId="77777777" w:rsidR="006678CE" w:rsidRDefault="006678CE" w:rsidP="00B3558A">
      <w:pPr>
        <w:jc w:val="both"/>
      </w:pPr>
      <w:r>
        <w:t>Nationality: ___________________________________________</w:t>
      </w:r>
    </w:p>
    <w:p w14:paraId="27923A29" w14:textId="77777777" w:rsidR="006678CE" w:rsidRDefault="006678CE" w:rsidP="00B3558A">
      <w:pPr>
        <w:jc w:val="both"/>
      </w:pPr>
      <w:r>
        <w:t>ID / Passport Number: ___________________________________________</w:t>
      </w:r>
    </w:p>
    <w:p w14:paraId="2FCDFB75" w14:textId="77777777" w:rsidR="006678CE" w:rsidRDefault="006678CE" w:rsidP="00B3558A">
      <w:pPr>
        <w:jc w:val="both"/>
      </w:pPr>
      <w:r>
        <w:t>Gender (Male / Female / Prefer not to disclose): ___________________________________________</w:t>
      </w:r>
    </w:p>
    <w:p w14:paraId="0C3472B3" w14:textId="77777777" w:rsidR="006678CE" w:rsidRDefault="006678CE" w:rsidP="00B3558A">
      <w:pPr>
        <w:jc w:val="both"/>
      </w:pPr>
      <w:r>
        <w:t>Address (including country): ___________________________________________</w:t>
      </w:r>
    </w:p>
    <w:p w14:paraId="09E9CB1A" w14:textId="77777777" w:rsidR="009876ED" w:rsidRDefault="009876ED" w:rsidP="009876ED">
      <w:pPr>
        <w:spacing w:after="0"/>
        <w:jc w:val="both"/>
        <w:rPr>
          <w:color w:val="156082"/>
        </w:rPr>
      </w:pPr>
    </w:p>
    <w:p w14:paraId="2146D9EC" w14:textId="5B849F8D" w:rsidR="006678CE" w:rsidRPr="00AF5323" w:rsidRDefault="006678CE" w:rsidP="00B3558A">
      <w:pPr>
        <w:jc w:val="both"/>
        <w:rPr>
          <w:color w:val="156082"/>
        </w:rPr>
      </w:pPr>
      <w:r w:rsidRPr="00AF5323">
        <w:rPr>
          <w:color w:val="156082"/>
        </w:rPr>
        <w:t>2. Contact details</w:t>
      </w:r>
    </w:p>
    <w:p w14:paraId="53210389" w14:textId="5CA78284" w:rsidR="006678CE" w:rsidRDefault="006678CE" w:rsidP="00B3558A">
      <w:pPr>
        <w:jc w:val="both"/>
      </w:pPr>
      <w:r>
        <w:t>Email: ___________________________________________</w:t>
      </w:r>
    </w:p>
    <w:p w14:paraId="349175B0" w14:textId="77777777" w:rsidR="006678CE" w:rsidRDefault="006678CE" w:rsidP="00B3558A">
      <w:pPr>
        <w:jc w:val="both"/>
      </w:pPr>
      <w:r>
        <w:t>Phone Number: ___________________________________________</w:t>
      </w:r>
    </w:p>
    <w:p w14:paraId="41789069" w14:textId="77777777" w:rsidR="009876ED" w:rsidRDefault="009876ED" w:rsidP="009876ED">
      <w:pPr>
        <w:spacing w:after="0"/>
        <w:jc w:val="both"/>
        <w:rPr>
          <w:color w:val="156082"/>
        </w:rPr>
      </w:pPr>
    </w:p>
    <w:p w14:paraId="4B5CAF63" w14:textId="692166FB" w:rsidR="006678CE" w:rsidRPr="00AF5323" w:rsidRDefault="006678CE" w:rsidP="00B3558A">
      <w:pPr>
        <w:jc w:val="both"/>
        <w:rPr>
          <w:color w:val="156082"/>
        </w:rPr>
      </w:pPr>
      <w:r w:rsidRPr="00AF5323">
        <w:rPr>
          <w:color w:val="156082"/>
        </w:rPr>
        <w:t>3</w:t>
      </w:r>
      <w:r w:rsidRPr="00AF5323">
        <w:rPr>
          <w:color w:val="156082"/>
        </w:rPr>
        <w:t>. Doctoral Candidate Position</w:t>
      </w:r>
    </w:p>
    <w:p w14:paraId="3DC1499F" w14:textId="77777777" w:rsidR="006678CE" w:rsidRDefault="006678CE" w:rsidP="00B3558A">
      <w:pPr>
        <w:jc w:val="both"/>
      </w:pPr>
      <w:r>
        <w:t>Position Code: ________________________________________</w:t>
      </w:r>
    </w:p>
    <w:p w14:paraId="3B323EBD" w14:textId="77777777" w:rsidR="006678CE" w:rsidRDefault="006678CE" w:rsidP="00B3558A">
      <w:pPr>
        <w:jc w:val="both"/>
      </w:pPr>
      <w:r>
        <w:t>Position Title: ________________________________________</w:t>
      </w:r>
    </w:p>
    <w:p w14:paraId="0EF34BF8" w14:textId="77777777" w:rsidR="009876ED" w:rsidRDefault="009876ED" w:rsidP="009876ED">
      <w:pPr>
        <w:spacing w:after="0"/>
        <w:jc w:val="both"/>
        <w:rPr>
          <w:color w:val="156082"/>
        </w:rPr>
      </w:pPr>
    </w:p>
    <w:p w14:paraId="119DBAAB" w14:textId="4948F532" w:rsidR="006678CE" w:rsidRPr="00AF5323" w:rsidRDefault="006678CE" w:rsidP="00B3558A">
      <w:pPr>
        <w:jc w:val="both"/>
        <w:rPr>
          <w:color w:val="156082"/>
        </w:rPr>
      </w:pPr>
      <w:r w:rsidRPr="00AF5323">
        <w:rPr>
          <w:color w:val="156082"/>
        </w:rPr>
        <w:t>4. Declaration</w:t>
      </w:r>
    </w:p>
    <w:p w14:paraId="6B0EFC13" w14:textId="77777777" w:rsidR="006678CE" w:rsidRDefault="006678CE" w:rsidP="002A0B58">
      <w:r>
        <w:t>I hereby certify that the information provided above is true and complete to the best of my knowledge.</w:t>
      </w:r>
    </w:p>
    <w:p w14:paraId="62475AD8" w14:textId="77777777" w:rsidR="006678CE" w:rsidRDefault="006678CE" w:rsidP="00B3558A">
      <w:pPr>
        <w:jc w:val="both"/>
      </w:pPr>
    </w:p>
    <w:p w14:paraId="38E94975" w14:textId="161FD76C" w:rsidR="006678CE" w:rsidRDefault="006678CE" w:rsidP="00B3558A">
      <w:pPr>
        <w:jc w:val="both"/>
      </w:pPr>
      <w:r>
        <w:t>Signature:</w:t>
      </w:r>
    </w:p>
    <w:p w14:paraId="054B4A1F" w14:textId="01BEF73F" w:rsidR="00090BD9" w:rsidRPr="006678CE" w:rsidRDefault="006678CE" w:rsidP="00B3558A">
      <w:pPr>
        <w:jc w:val="both"/>
      </w:pPr>
      <w:r>
        <w:t xml:space="preserve">Date: </w:t>
      </w:r>
    </w:p>
    <w:sectPr w:rsidR="00090BD9" w:rsidRPr="006678CE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E2EFE" w14:textId="77777777" w:rsidR="00C35CAE" w:rsidRDefault="00C35CAE" w:rsidP="00C35CAE">
      <w:pPr>
        <w:spacing w:after="0" w:line="240" w:lineRule="auto"/>
      </w:pPr>
      <w:r>
        <w:separator/>
      </w:r>
    </w:p>
  </w:endnote>
  <w:endnote w:type="continuationSeparator" w:id="0">
    <w:p w14:paraId="3F4CEE5C" w14:textId="77777777" w:rsidR="00C35CAE" w:rsidRDefault="00C35CAE" w:rsidP="00C3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312B3" w14:textId="77777777" w:rsidR="00C35CAE" w:rsidRDefault="00C35CAE" w:rsidP="00C35CAE">
      <w:pPr>
        <w:spacing w:after="0" w:line="240" w:lineRule="auto"/>
      </w:pPr>
      <w:r>
        <w:separator/>
      </w:r>
    </w:p>
  </w:footnote>
  <w:footnote w:type="continuationSeparator" w:id="0">
    <w:p w14:paraId="630BB833" w14:textId="77777777" w:rsidR="00C35CAE" w:rsidRDefault="00C35CAE" w:rsidP="00C3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80A92" w14:textId="765E98AC" w:rsidR="00C35CAE" w:rsidRDefault="002A0B58" w:rsidP="00C35CAE">
    <w:pPr>
      <w:pStyle w:val="Encabezado"/>
      <w:jc w:val="center"/>
      <w:rPr>
        <w:lang w:val="en-GB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39F4BA0E" wp14:editId="36CA8B58">
          <wp:simplePos x="0" y="0"/>
          <wp:positionH relativeFrom="margin">
            <wp:posOffset>-685165</wp:posOffset>
          </wp:positionH>
          <wp:positionV relativeFrom="paragraph">
            <wp:posOffset>3810</wp:posOffset>
          </wp:positionV>
          <wp:extent cx="1537335" cy="323850"/>
          <wp:effectExtent l="0" t="0" r="5715" b="0"/>
          <wp:wrapSquare wrapText="bothSides"/>
          <wp:docPr id="45608706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684" w:rsidRPr="008D1BC6">
      <w:rPr>
        <w:noProof/>
      </w:rPr>
      <w:drawing>
        <wp:anchor distT="0" distB="0" distL="114300" distR="114300" simplePos="0" relativeHeight="251655680" behindDoc="0" locked="0" layoutInCell="1" allowOverlap="1" wp14:anchorId="0CDCEA75" wp14:editId="1E173DF6">
          <wp:simplePos x="0" y="0"/>
          <wp:positionH relativeFrom="column">
            <wp:posOffset>4989830</wp:posOffset>
          </wp:positionH>
          <wp:positionV relativeFrom="paragraph">
            <wp:posOffset>-246380</wp:posOffset>
          </wp:positionV>
          <wp:extent cx="1011555" cy="703580"/>
          <wp:effectExtent l="0" t="0" r="0" b="1270"/>
          <wp:wrapSquare wrapText="bothSides"/>
          <wp:docPr id="1929698551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698551" name="Imagen 3" descr="Logotipo&#10;&#10;El contenido generado por IA puede ser incorrecto."/>
                  <pic:cNvPicPr/>
                </pic:nvPicPr>
                <pic:blipFill rotWithShape="1">
                  <a:blip r:embed="rId2"/>
                  <a:srcRect l="443" t="14625" r="-443" b="15745"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70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CAE" w:rsidRPr="008D1BC6">
      <w:rPr>
        <w:lang w:val="en-GB"/>
      </w:rPr>
      <w:t xml:space="preserve">Regenerative engineering innovation in early intervention </w:t>
    </w:r>
  </w:p>
  <w:p w14:paraId="6BEAECB0" w14:textId="7F65B870" w:rsidR="00C35CAE" w:rsidRPr="008D1BC6" w:rsidRDefault="00C35CAE" w:rsidP="00C35CAE">
    <w:pPr>
      <w:pStyle w:val="Encabezado"/>
      <w:jc w:val="center"/>
      <w:rPr>
        <w:lang w:val="en-GB"/>
      </w:rPr>
    </w:pPr>
    <w:r w:rsidRPr="008D1BC6">
      <w:rPr>
        <w:lang w:val="en-GB"/>
      </w:rPr>
      <w:t>of osteoarthritis</w:t>
    </w:r>
    <w:r w:rsidR="00BB1684">
      <w:rPr>
        <w:lang w:val="en-GB"/>
      </w:rPr>
      <w:t xml:space="preserve"> </w:t>
    </w:r>
    <w:r w:rsidRPr="008D1BC6">
      <w:rPr>
        <w:lang w:val="en-GB"/>
      </w:rPr>
      <w:t>(MSCA-DN 101227121</w:t>
    </w:r>
    <w:r>
      <w:rPr>
        <w:lang w:val="en-GB"/>
      </w:rPr>
      <w:t xml:space="preserve"> RENOVATE</w:t>
    </w:r>
    <w:r w:rsidRPr="008D1BC6">
      <w:rPr>
        <w:lang w:val="en-GB"/>
      </w:rPr>
      <w:t>)</w:t>
    </w:r>
  </w:p>
  <w:p w14:paraId="2E870523" w14:textId="20746E89" w:rsidR="00C35CAE" w:rsidRPr="00C17376" w:rsidRDefault="00C35CAE" w:rsidP="00C35CAE">
    <w:pPr>
      <w:pStyle w:val="Encabezado"/>
      <w:rPr>
        <w:lang w:val="en-GB"/>
      </w:rPr>
    </w:pPr>
  </w:p>
  <w:p w14:paraId="27DA1FB8" w14:textId="21816A43" w:rsidR="00C35CAE" w:rsidRDefault="00C35C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70672470">
    <w:abstractNumId w:val="8"/>
  </w:num>
  <w:num w:numId="2" w16cid:durableId="1083720436">
    <w:abstractNumId w:val="6"/>
  </w:num>
  <w:num w:numId="3" w16cid:durableId="1976329156">
    <w:abstractNumId w:val="5"/>
  </w:num>
  <w:num w:numId="4" w16cid:durableId="363331931">
    <w:abstractNumId w:val="4"/>
  </w:num>
  <w:num w:numId="5" w16cid:durableId="350031520">
    <w:abstractNumId w:val="7"/>
  </w:num>
  <w:num w:numId="6" w16cid:durableId="2016608507">
    <w:abstractNumId w:val="3"/>
  </w:num>
  <w:num w:numId="7" w16cid:durableId="1748527395">
    <w:abstractNumId w:val="2"/>
  </w:num>
  <w:num w:numId="8" w16cid:durableId="1857041598">
    <w:abstractNumId w:val="1"/>
  </w:num>
  <w:num w:numId="9" w16cid:durableId="927037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90BD9"/>
    <w:rsid w:val="0015074B"/>
    <w:rsid w:val="0029639D"/>
    <w:rsid w:val="002A0B58"/>
    <w:rsid w:val="00326F90"/>
    <w:rsid w:val="005B69D0"/>
    <w:rsid w:val="006678CE"/>
    <w:rsid w:val="009876ED"/>
    <w:rsid w:val="00AA1D8D"/>
    <w:rsid w:val="00AF5323"/>
    <w:rsid w:val="00B3558A"/>
    <w:rsid w:val="00B47730"/>
    <w:rsid w:val="00BB1684"/>
    <w:rsid w:val="00C35CAE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062061"/>
  <w14:defaultImageDpi w14:val="300"/>
  <w15:docId w15:val="{C6E5E491-D72F-417B-BA85-7612A4251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Ricardo Donate González</cp:lastModifiedBy>
  <cp:revision>8</cp:revision>
  <dcterms:created xsi:type="dcterms:W3CDTF">2013-12-23T23:15:00Z</dcterms:created>
  <dcterms:modified xsi:type="dcterms:W3CDTF">2025-11-20T13:56:00Z</dcterms:modified>
  <cp:category/>
</cp:coreProperties>
</file>